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A1CC" w14:textId="77777777" w:rsidR="00985FC6" w:rsidRDefault="004478B0" w:rsidP="00985FC6">
      <w:pPr>
        <w:pStyle w:val="Heading1"/>
        <w:jc w:val="center"/>
        <w:rPr>
          <w:rFonts w:ascii="Times New Roman" w:eastAsia="Times New Roman" w:hAnsi="Times New Roman" w:cs="Times New Roman"/>
          <w:color w:val="auto"/>
          <w:kern w:val="36"/>
          <w:sz w:val="48"/>
          <w:szCs w:val="48"/>
        </w:rPr>
      </w:pPr>
      <w:r>
        <w:rPr>
          <w:noProof/>
        </w:rPr>
        <w:drawing>
          <wp:inline distT="0" distB="0" distL="0" distR="0" wp14:anchorId="6EDA53A7" wp14:editId="460800F9">
            <wp:extent cx="1988472"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ebbca2-43c1-466f-8df9-ca0220be3a3f.png"/>
                    <pic:cNvPicPr/>
                  </pic:nvPicPr>
                  <pic:blipFill>
                    <a:blip r:embed="rId8"/>
                    <a:stretch>
                      <a:fillRect/>
                    </a:stretch>
                  </pic:blipFill>
                  <pic:spPr>
                    <a:xfrm>
                      <a:off x="0" y="0"/>
                      <a:ext cx="1996128" cy="717126"/>
                    </a:xfrm>
                    <a:prstGeom prst="rect">
                      <a:avLst/>
                    </a:prstGeom>
                  </pic:spPr>
                </pic:pic>
              </a:graphicData>
            </a:graphic>
          </wp:inline>
        </w:drawing>
      </w:r>
    </w:p>
    <w:p w14:paraId="4CF1111E" w14:textId="3F11F02B" w:rsidR="00985FC6" w:rsidRDefault="00985FC6" w:rsidP="0035574D">
      <w:pPr>
        <w:pStyle w:val="Heading1"/>
        <w:pBdr>
          <w:bottom w:val="single" w:sz="12" w:space="1" w:color="auto"/>
        </w:pBdr>
        <w:jc w:val="center"/>
        <w:rPr>
          <w:rFonts w:ascii="Times New Roman" w:eastAsia="Times New Roman" w:hAnsi="Times New Roman" w:cs="Times New Roman"/>
          <w:color w:val="auto"/>
          <w:kern w:val="36"/>
        </w:rPr>
      </w:pPr>
      <w:r>
        <w:rPr>
          <w:rFonts w:ascii="Times New Roman" w:eastAsia="Times New Roman" w:hAnsi="Times New Roman" w:cs="Times New Roman"/>
          <w:color w:val="auto"/>
          <w:kern w:val="36"/>
        </w:rPr>
        <w:t>Employment Opportunity</w:t>
      </w:r>
    </w:p>
    <w:p w14:paraId="572A8390" w14:textId="19DFF049" w:rsidR="00985FC6" w:rsidRPr="00985FC6" w:rsidRDefault="0035574D" w:rsidP="0035574D">
      <w:pPr>
        <w:spacing w:before="100" w:beforeAutospacing="1" w:after="100" w:afterAutospacing="1"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FACILITIES</w:t>
      </w:r>
      <w:r w:rsidR="00985FC6" w:rsidRPr="00985FC6">
        <w:rPr>
          <w:rFonts w:ascii="Times New Roman" w:eastAsia="Times New Roman" w:hAnsi="Times New Roman" w:cs="Times New Roman"/>
          <w:b/>
          <w:bCs/>
          <w:sz w:val="24"/>
          <w:szCs w:val="24"/>
        </w:rPr>
        <w:t xml:space="preserve"> &amp; GROUNDS </w:t>
      </w:r>
      <w:r>
        <w:rPr>
          <w:rFonts w:ascii="Times New Roman" w:eastAsia="Times New Roman" w:hAnsi="Times New Roman" w:cs="Times New Roman"/>
          <w:b/>
          <w:bCs/>
          <w:sz w:val="24"/>
          <w:szCs w:val="24"/>
        </w:rPr>
        <w:t xml:space="preserve">MAINTENANCE </w:t>
      </w:r>
      <w:r w:rsidR="00985FC6" w:rsidRPr="00985FC6">
        <w:rPr>
          <w:rFonts w:ascii="Times New Roman" w:eastAsia="Times New Roman" w:hAnsi="Times New Roman" w:cs="Times New Roman"/>
          <w:b/>
          <w:bCs/>
          <w:sz w:val="24"/>
          <w:szCs w:val="24"/>
        </w:rPr>
        <w:t>SPECIALIST</w:t>
      </w:r>
    </w:p>
    <w:p w14:paraId="15061916" w14:textId="23803610" w:rsidR="00985FC6" w:rsidRDefault="00985FC6" w:rsidP="000762D9">
      <w:pPr>
        <w:pBdr>
          <w:bottom w:val="single" w:sz="12" w:space="1" w:color="auto"/>
        </w:pBdr>
        <w:spacing w:after="0" w:line="240" w:lineRule="auto"/>
        <w:rPr>
          <w:rFonts w:ascii="Times New Roman" w:eastAsia="Times New Roman" w:hAnsi="Times New Roman" w:cs="Times New Roman"/>
          <w:sz w:val="24"/>
          <w:szCs w:val="24"/>
        </w:rPr>
      </w:pPr>
      <w:r w:rsidRPr="00985FC6">
        <w:rPr>
          <w:rFonts w:ascii="Times New Roman" w:eastAsia="Times New Roman" w:hAnsi="Times New Roman" w:cs="Times New Roman"/>
          <w:b/>
          <w:bCs/>
          <w:sz w:val="24"/>
          <w:szCs w:val="24"/>
        </w:rPr>
        <w:t>Department:</w:t>
      </w:r>
      <w:r w:rsidRPr="00985FC6">
        <w:rPr>
          <w:rFonts w:ascii="Times New Roman" w:eastAsia="Times New Roman" w:hAnsi="Times New Roman" w:cs="Times New Roman"/>
          <w:sz w:val="24"/>
          <w:szCs w:val="24"/>
        </w:rPr>
        <w:t xml:space="preserve"> Parks &amp; Recreation</w:t>
      </w:r>
      <w:r w:rsidRPr="00985FC6">
        <w:rPr>
          <w:rFonts w:ascii="Times New Roman" w:eastAsia="Times New Roman" w:hAnsi="Times New Roman" w:cs="Times New Roman"/>
          <w:sz w:val="24"/>
          <w:szCs w:val="24"/>
        </w:rPr>
        <w:br/>
      </w:r>
      <w:r w:rsidRPr="00985FC6">
        <w:rPr>
          <w:rFonts w:ascii="Times New Roman" w:eastAsia="Times New Roman" w:hAnsi="Times New Roman" w:cs="Times New Roman"/>
          <w:b/>
          <w:bCs/>
          <w:sz w:val="24"/>
          <w:szCs w:val="24"/>
        </w:rPr>
        <w:t>Position Type:</w:t>
      </w:r>
      <w:r w:rsidRPr="00985FC6">
        <w:rPr>
          <w:rFonts w:ascii="Times New Roman" w:eastAsia="Times New Roman" w:hAnsi="Times New Roman" w:cs="Times New Roman"/>
          <w:sz w:val="24"/>
          <w:szCs w:val="24"/>
        </w:rPr>
        <w:t xml:space="preserve"> Part-Time</w:t>
      </w:r>
      <w:r w:rsidRPr="00985FC6">
        <w:rPr>
          <w:rFonts w:ascii="Times New Roman" w:eastAsia="Times New Roman" w:hAnsi="Times New Roman" w:cs="Times New Roman"/>
          <w:sz w:val="24"/>
          <w:szCs w:val="24"/>
        </w:rPr>
        <w:br/>
      </w:r>
      <w:r w:rsidRPr="00985FC6">
        <w:rPr>
          <w:rFonts w:ascii="Times New Roman" w:eastAsia="Times New Roman" w:hAnsi="Times New Roman" w:cs="Times New Roman"/>
          <w:b/>
          <w:bCs/>
          <w:sz w:val="24"/>
          <w:szCs w:val="24"/>
        </w:rPr>
        <w:t>Starting Rate:</w:t>
      </w:r>
      <w:r w:rsidRPr="00985FC6">
        <w:rPr>
          <w:rFonts w:ascii="Times New Roman" w:eastAsia="Times New Roman" w:hAnsi="Times New Roman" w:cs="Times New Roman"/>
          <w:sz w:val="24"/>
          <w:szCs w:val="24"/>
        </w:rPr>
        <w:t xml:space="preserve"> $15.00 per hour</w:t>
      </w:r>
      <w:r w:rsidR="000762D9">
        <w:rPr>
          <w:rFonts w:ascii="Times New Roman" w:eastAsia="Times New Roman" w:hAnsi="Times New Roman" w:cs="Times New Roman"/>
          <w:sz w:val="24"/>
          <w:szCs w:val="24"/>
        </w:rPr>
        <w:t>, approximately 20 hours per week</w:t>
      </w:r>
      <w:r w:rsidRPr="00985FC6">
        <w:rPr>
          <w:rFonts w:ascii="Times New Roman" w:eastAsia="Times New Roman" w:hAnsi="Times New Roman" w:cs="Times New Roman"/>
          <w:sz w:val="24"/>
          <w:szCs w:val="24"/>
        </w:rPr>
        <w:br/>
      </w:r>
      <w:r w:rsidRPr="00985FC6">
        <w:rPr>
          <w:rFonts w:ascii="Times New Roman" w:eastAsia="Times New Roman" w:hAnsi="Times New Roman" w:cs="Times New Roman"/>
          <w:b/>
          <w:bCs/>
          <w:sz w:val="24"/>
          <w:szCs w:val="24"/>
        </w:rPr>
        <w:t>Schedule:</w:t>
      </w:r>
      <w:r w:rsidRPr="00985FC6">
        <w:rPr>
          <w:rFonts w:ascii="Times New Roman" w:eastAsia="Times New Roman" w:hAnsi="Times New Roman" w:cs="Times New Roman"/>
          <w:sz w:val="24"/>
          <w:szCs w:val="24"/>
        </w:rPr>
        <w:t xml:space="preserve"> Flexible; may include evenings, weekends, holidays, and special events</w:t>
      </w:r>
    </w:p>
    <w:p w14:paraId="1AF588AA" w14:textId="0082FA81" w:rsidR="000762D9" w:rsidRPr="000762D9" w:rsidRDefault="000762D9" w:rsidP="000762D9">
      <w:pPr>
        <w:pBdr>
          <w:bottom w:val="single" w:sz="12" w:space="1" w:color="auto"/>
        </w:pBdr>
        <w:spacing w:after="0" w:line="240" w:lineRule="auto"/>
        <w:rPr>
          <w:rFonts w:ascii="Times New Roman" w:eastAsia="Times New Roman" w:hAnsi="Times New Roman" w:cs="Times New Roman"/>
          <w:i/>
          <w:iCs/>
          <w:sz w:val="24"/>
          <w:szCs w:val="24"/>
        </w:rPr>
      </w:pPr>
      <w:r w:rsidRPr="000762D9">
        <w:rPr>
          <w:rFonts w:ascii="Times New Roman" w:eastAsia="Times New Roman" w:hAnsi="Times New Roman" w:cs="Times New Roman"/>
          <w:b/>
          <w:bCs/>
          <w:sz w:val="24"/>
          <w:szCs w:val="24"/>
        </w:rPr>
        <w:t>Closing Date:</w:t>
      </w:r>
      <w:r>
        <w:rPr>
          <w:rFonts w:ascii="Times New Roman" w:eastAsia="Times New Roman" w:hAnsi="Times New Roman" w:cs="Times New Roman"/>
          <w:sz w:val="24"/>
          <w:szCs w:val="24"/>
        </w:rPr>
        <w:t xml:space="preserve"> Open Until </w:t>
      </w:r>
      <w:proofErr w:type="gramStart"/>
      <w:r>
        <w:rPr>
          <w:rFonts w:ascii="Times New Roman" w:eastAsia="Times New Roman" w:hAnsi="Times New Roman" w:cs="Times New Roman"/>
          <w:sz w:val="24"/>
          <w:szCs w:val="24"/>
        </w:rPr>
        <w:t>Filled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Posting may close at any time without notice.</w:t>
      </w:r>
    </w:p>
    <w:p w14:paraId="25FD1871" w14:textId="77777777" w:rsidR="00985FC6" w:rsidRPr="00985FC6" w:rsidRDefault="00985FC6" w:rsidP="00985FC6">
      <w:pPr>
        <w:spacing w:before="100" w:beforeAutospacing="1" w:after="100" w:afterAutospacing="1" w:line="240" w:lineRule="auto"/>
        <w:outlineLvl w:val="2"/>
        <w:rPr>
          <w:rFonts w:ascii="Times New Roman" w:eastAsia="Times New Roman" w:hAnsi="Times New Roman" w:cs="Times New Roman"/>
          <w:b/>
          <w:bCs/>
          <w:sz w:val="27"/>
          <w:szCs w:val="27"/>
        </w:rPr>
      </w:pPr>
      <w:r w:rsidRPr="00985FC6">
        <w:rPr>
          <w:rFonts w:ascii="Times New Roman" w:eastAsia="Times New Roman" w:hAnsi="Times New Roman" w:cs="Times New Roman"/>
          <w:b/>
          <w:bCs/>
          <w:sz w:val="27"/>
          <w:szCs w:val="27"/>
        </w:rPr>
        <w:t>POSITION SUMMARY</w:t>
      </w:r>
    </w:p>
    <w:p w14:paraId="799F6A68" w14:textId="652EB3F9" w:rsidR="00985FC6" w:rsidRP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 xml:space="preserve">The Town of Coats is seeking a dependable, motivated, and service-oriented individual to join the Parks &amp; Recreation Department as a </w:t>
      </w:r>
      <w:r w:rsidRPr="00985FC6">
        <w:rPr>
          <w:rFonts w:ascii="Times New Roman" w:eastAsia="Times New Roman" w:hAnsi="Times New Roman" w:cs="Times New Roman"/>
          <w:b/>
          <w:bCs/>
          <w:sz w:val="24"/>
          <w:szCs w:val="24"/>
        </w:rPr>
        <w:t xml:space="preserve">Part-Time </w:t>
      </w:r>
      <w:r w:rsidR="0035574D">
        <w:rPr>
          <w:rFonts w:ascii="Times New Roman" w:eastAsia="Times New Roman" w:hAnsi="Times New Roman" w:cs="Times New Roman"/>
          <w:b/>
          <w:bCs/>
          <w:sz w:val="24"/>
          <w:szCs w:val="24"/>
        </w:rPr>
        <w:t>Facilities &amp; Grounds Maintenance</w:t>
      </w:r>
      <w:r w:rsidRPr="00985FC6">
        <w:rPr>
          <w:rFonts w:ascii="Times New Roman" w:eastAsia="Times New Roman" w:hAnsi="Times New Roman" w:cs="Times New Roman"/>
          <w:b/>
          <w:bCs/>
          <w:sz w:val="24"/>
          <w:szCs w:val="24"/>
        </w:rPr>
        <w:t xml:space="preserve"> Specialist</w:t>
      </w:r>
      <w:r w:rsidRPr="00985FC6">
        <w:rPr>
          <w:rFonts w:ascii="Times New Roman" w:eastAsia="Times New Roman" w:hAnsi="Times New Roman" w:cs="Times New Roman"/>
          <w:sz w:val="24"/>
          <w:szCs w:val="24"/>
        </w:rPr>
        <w:t>.</w:t>
      </w:r>
    </w:p>
    <w:p w14:paraId="73C2234B" w14:textId="77777777" w:rsidR="00985FC6" w:rsidRP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This position performs a variety of duties supporting the maintenance, safety, cleanliness, appearance, and daily operation of Town parks, athletic fields, recreational facilities, and public spaces. Responsibilities include grounds maintenance, athletic field preparation, facility upkeep, custodial services, park operations, event setup, and assisting residents and visitors.</w:t>
      </w:r>
    </w:p>
    <w:p w14:paraId="79D0FCD6" w14:textId="77777777" w:rsidR="00985FC6" w:rsidRP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The ideal candidate will take pride in maintaining attractive and safe public facilities, work well independently and as part of a team, and provide courteous and professional service to the community.</w:t>
      </w:r>
    </w:p>
    <w:p w14:paraId="6180A30A" w14:textId="77777777" w:rsidR="00985FC6" w:rsidRPr="00985FC6" w:rsidRDefault="00985FC6" w:rsidP="00985FC6">
      <w:pPr>
        <w:spacing w:before="100" w:beforeAutospacing="1" w:after="100" w:afterAutospacing="1" w:line="240" w:lineRule="auto"/>
        <w:outlineLvl w:val="2"/>
        <w:rPr>
          <w:rFonts w:ascii="Times New Roman" w:eastAsia="Times New Roman" w:hAnsi="Times New Roman" w:cs="Times New Roman"/>
          <w:b/>
          <w:bCs/>
          <w:sz w:val="27"/>
          <w:szCs w:val="27"/>
        </w:rPr>
      </w:pPr>
      <w:r w:rsidRPr="00985FC6">
        <w:rPr>
          <w:rFonts w:ascii="Times New Roman" w:eastAsia="Times New Roman" w:hAnsi="Times New Roman" w:cs="Times New Roman"/>
          <w:b/>
          <w:bCs/>
          <w:sz w:val="27"/>
          <w:szCs w:val="27"/>
        </w:rPr>
        <w:t>ESSENTIAL DUTIES &amp; RESPONSIBILITIES</w:t>
      </w:r>
    </w:p>
    <w:p w14:paraId="1EFB95DE" w14:textId="77777777" w:rsidR="00985FC6" w:rsidRP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Duties may include, but are not limited to:</w:t>
      </w:r>
    </w:p>
    <w:p w14:paraId="34B13A52"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Mow, trim, edge, blow, and perform general landscaping and grounds maintenance.</w:t>
      </w:r>
    </w:p>
    <w:p w14:paraId="0E171902"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Operate and maintain landscaping and maintenance equipment, including mowers, trimmers, blowers, and hand tools.</w:t>
      </w:r>
    </w:p>
    <w:p w14:paraId="27272490"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Maintain athletic fields, courts, playgrounds, trails, picnic areas, shelters, and other recreational spaces.</w:t>
      </w:r>
    </w:p>
    <w:p w14:paraId="23B2830D"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Prepare and maintain athletic fields for youth and recreational sports activities.</w:t>
      </w:r>
    </w:p>
    <w:p w14:paraId="125A624A"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Perform litter removal and maintain the cleanliness and appearance of parks and public areas.</w:t>
      </w:r>
    </w:p>
    <w:p w14:paraId="30797F2F"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Clean and maintain restrooms, shelters, concession areas, and other recreational facilities.</w:t>
      </w:r>
    </w:p>
    <w:p w14:paraId="401100CC"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Open and close parks, athletic fields, restrooms, and other facilities as assigned.</w:t>
      </w:r>
    </w:p>
    <w:p w14:paraId="675859F7"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Conduct routine inspections of parks, playgrounds, facilities, and equipment and report safety or maintenance concerns.</w:t>
      </w:r>
    </w:p>
    <w:p w14:paraId="438039FD"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lastRenderedPageBreak/>
        <w:t>Perform routine and preventative maintenance and assist with minor repairs and facility improvements.</w:t>
      </w:r>
    </w:p>
    <w:p w14:paraId="293D6FE9"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Assist with the maintenance and care of Town tools, vehicles, equipment, and facilities.</w:t>
      </w:r>
    </w:p>
    <w:p w14:paraId="34FAFEAF"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Set up and break down tables, chairs, equipment, and other items for athletic activities, rentals, programs, and special events.</w:t>
      </w:r>
    </w:p>
    <w:p w14:paraId="1C094C87"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Assist with park rentals, facility rentals, and community events as assigned.</w:t>
      </w:r>
    </w:p>
    <w:p w14:paraId="2BC99F6D"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Monitor parks and recreational facilities and help promote compliance with Town rules and regulations.</w:t>
      </w:r>
    </w:p>
    <w:p w14:paraId="70F5DDE7"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Provide courteous assistance and information to residents, visitors, park users, athletic organizations, and facility renters.</w:t>
      </w:r>
    </w:p>
    <w:p w14:paraId="234EE7CC"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Complete assigned maintenance, inspection, and operational checklists.</w:t>
      </w:r>
    </w:p>
    <w:p w14:paraId="251F40C6"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Maintain positive working relationships with Town staff, volunteers, community organizations, and the public.</w:t>
      </w:r>
    </w:p>
    <w:p w14:paraId="3B04A03B" w14:textId="77777777" w:rsidR="00985FC6" w:rsidRPr="00985FC6" w:rsidRDefault="00985FC6" w:rsidP="00985FC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 xml:space="preserve">Perform other duties as assigned by the Parks &amp; Recreation Director or </w:t>
      </w:r>
      <w:proofErr w:type="gramStart"/>
      <w:r w:rsidRPr="00985FC6">
        <w:rPr>
          <w:rFonts w:ascii="Times New Roman" w:eastAsia="Times New Roman" w:hAnsi="Times New Roman" w:cs="Times New Roman"/>
          <w:sz w:val="24"/>
          <w:szCs w:val="24"/>
        </w:rPr>
        <w:t>designee</w:t>
      </w:r>
      <w:proofErr w:type="gramEnd"/>
      <w:r w:rsidRPr="00985FC6">
        <w:rPr>
          <w:rFonts w:ascii="Times New Roman" w:eastAsia="Times New Roman" w:hAnsi="Times New Roman" w:cs="Times New Roman"/>
          <w:sz w:val="24"/>
          <w:szCs w:val="24"/>
        </w:rPr>
        <w:t>.</w:t>
      </w:r>
    </w:p>
    <w:p w14:paraId="3B83C908" w14:textId="77777777" w:rsidR="00985FC6" w:rsidRPr="00985FC6" w:rsidRDefault="00985FC6" w:rsidP="00985FC6">
      <w:pPr>
        <w:spacing w:before="100" w:beforeAutospacing="1" w:after="100" w:afterAutospacing="1" w:line="240" w:lineRule="auto"/>
        <w:outlineLvl w:val="2"/>
        <w:rPr>
          <w:rFonts w:ascii="Times New Roman" w:eastAsia="Times New Roman" w:hAnsi="Times New Roman" w:cs="Times New Roman"/>
          <w:b/>
          <w:bCs/>
          <w:sz w:val="27"/>
          <w:szCs w:val="27"/>
        </w:rPr>
      </w:pPr>
      <w:r w:rsidRPr="00985FC6">
        <w:rPr>
          <w:rFonts w:ascii="Times New Roman" w:eastAsia="Times New Roman" w:hAnsi="Times New Roman" w:cs="Times New Roman"/>
          <w:b/>
          <w:bCs/>
          <w:sz w:val="27"/>
          <w:szCs w:val="27"/>
        </w:rPr>
        <w:t>MINIMUM QUALIFICATIONS</w:t>
      </w:r>
    </w:p>
    <w:p w14:paraId="49C40A54"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Must be at least 18 years of age.</w:t>
      </w:r>
    </w:p>
    <w:p w14:paraId="00CD0ADE"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Valid North Carolina driver's license.</w:t>
      </w:r>
    </w:p>
    <w:p w14:paraId="55268BA9"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Experience in landscaping, grounds maintenance, parks and recreation, facility maintenance, custodial work, or a related field is preferred.</w:t>
      </w:r>
    </w:p>
    <w:p w14:paraId="42C8C842"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Ability to safely operate or learn to operate landscaping, maintenance, and other equipment.</w:t>
      </w:r>
    </w:p>
    <w:p w14:paraId="2BB76691"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Basic knowledge of tools and equipment used in grounds and facility maintenance.</w:t>
      </w:r>
    </w:p>
    <w:p w14:paraId="35E6934E"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Ability to perform physical labor and work outdoors in varying weather conditions.</w:t>
      </w:r>
    </w:p>
    <w:p w14:paraId="69ADEDE0" w14:textId="77777777" w:rsid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 xml:space="preserve">Ability to lift, carry, push, pull, bend, </w:t>
      </w:r>
      <w:proofErr w:type="gramStart"/>
      <w:r w:rsidRPr="00985FC6">
        <w:rPr>
          <w:rFonts w:ascii="Times New Roman" w:eastAsia="Times New Roman" w:hAnsi="Times New Roman" w:cs="Times New Roman"/>
          <w:sz w:val="24"/>
          <w:szCs w:val="24"/>
        </w:rPr>
        <w:t>stoop</w:t>
      </w:r>
      <w:proofErr w:type="gramEnd"/>
      <w:r w:rsidRPr="00985FC6">
        <w:rPr>
          <w:rFonts w:ascii="Times New Roman" w:eastAsia="Times New Roman" w:hAnsi="Times New Roman" w:cs="Times New Roman"/>
          <w:sz w:val="24"/>
          <w:szCs w:val="24"/>
        </w:rPr>
        <w:t>, stand, and walk for extended periods.</w:t>
      </w:r>
    </w:p>
    <w:p w14:paraId="6C35EA8A" w14:textId="5E5BE27D" w:rsidR="0035574D" w:rsidRPr="00985FC6" w:rsidRDefault="0035574D"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Ability to exert up to </w:t>
      </w:r>
      <w:r w:rsidR="00B76BE0">
        <w:rPr>
          <w:rFonts w:ascii="Times New Roman" w:eastAsia="Times New Roman" w:hAnsi="Times New Roman" w:cs="Times New Roman"/>
          <w:sz w:val="24"/>
          <w:szCs w:val="24"/>
        </w:rPr>
        <w:t>40</w:t>
      </w:r>
      <w:r>
        <w:rPr>
          <w:rFonts w:ascii="Times New Roman" w:eastAsia="Times New Roman" w:hAnsi="Times New Roman" w:cs="Times New Roman"/>
          <w:sz w:val="24"/>
          <w:szCs w:val="24"/>
        </w:rPr>
        <w:t xml:space="preserve"> pounds of force on a regular basis. </w:t>
      </w:r>
    </w:p>
    <w:p w14:paraId="508BA2B6"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Ability to work independently, follow instructions, and complete assigned duties in a timely manner.</w:t>
      </w:r>
    </w:p>
    <w:p w14:paraId="17EDEF05" w14:textId="0A38159C"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Good communication and customer service skills.</w:t>
      </w:r>
    </w:p>
    <w:p w14:paraId="1DF7508F"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Ability to interact courteously and professionally with the public.</w:t>
      </w:r>
    </w:p>
    <w:p w14:paraId="33DA4B34" w14:textId="77777777" w:rsidR="00985FC6" w:rsidRPr="00985FC6" w:rsidRDefault="00985FC6" w:rsidP="00985FC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Ability to work a flexible schedule, including occasional evenings, weekends, holidays, and special events.</w:t>
      </w:r>
    </w:p>
    <w:p w14:paraId="5883C7C8" w14:textId="77777777" w:rsidR="00985FC6" w:rsidRPr="00985FC6" w:rsidRDefault="00985FC6" w:rsidP="00985FC6">
      <w:pPr>
        <w:spacing w:before="100" w:beforeAutospacing="1" w:after="100" w:afterAutospacing="1" w:line="240" w:lineRule="auto"/>
        <w:outlineLvl w:val="2"/>
        <w:rPr>
          <w:rFonts w:ascii="Times New Roman" w:eastAsia="Times New Roman" w:hAnsi="Times New Roman" w:cs="Times New Roman"/>
          <w:b/>
          <w:bCs/>
          <w:sz w:val="27"/>
          <w:szCs w:val="27"/>
        </w:rPr>
      </w:pPr>
      <w:r w:rsidRPr="00985FC6">
        <w:rPr>
          <w:rFonts w:ascii="Times New Roman" w:eastAsia="Times New Roman" w:hAnsi="Times New Roman" w:cs="Times New Roman"/>
          <w:b/>
          <w:bCs/>
          <w:sz w:val="27"/>
          <w:szCs w:val="27"/>
        </w:rPr>
        <w:t>WORKING CONDITIONS</w:t>
      </w:r>
    </w:p>
    <w:p w14:paraId="52941ED8" w14:textId="77777777" w:rsidR="00985FC6" w:rsidRP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Work is performed both indoors and outdoors and may involve exposure to heat, cold, rain, humidity, dust, pollen, noise, moving equipment, traffic, and other conditions commonly associated with parks and grounds maintenance.</w:t>
      </w:r>
    </w:p>
    <w:p w14:paraId="1770207C" w14:textId="77777777" w:rsid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The position requires regular physical activity and the ability to safely operate equipment and perform manual labor associated with the maintenance and operation of Town recreational facilities.</w:t>
      </w:r>
    </w:p>
    <w:p w14:paraId="7427776A" w14:textId="77777777" w:rsidR="0035574D" w:rsidRDefault="0035574D" w:rsidP="00985FC6">
      <w:pPr>
        <w:spacing w:before="100" w:beforeAutospacing="1" w:after="100" w:afterAutospacing="1" w:line="240" w:lineRule="auto"/>
        <w:jc w:val="both"/>
        <w:rPr>
          <w:rFonts w:ascii="Times New Roman" w:eastAsia="Times New Roman" w:hAnsi="Times New Roman" w:cs="Times New Roman"/>
          <w:sz w:val="24"/>
          <w:szCs w:val="24"/>
        </w:rPr>
      </w:pPr>
    </w:p>
    <w:p w14:paraId="589D13D1" w14:textId="77777777" w:rsidR="0035574D" w:rsidRDefault="0035574D" w:rsidP="00985FC6">
      <w:pPr>
        <w:spacing w:before="100" w:beforeAutospacing="1" w:after="100" w:afterAutospacing="1" w:line="240" w:lineRule="auto"/>
        <w:jc w:val="both"/>
        <w:rPr>
          <w:rFonts w:ascii="Times New Roman" w:eastAsia="Times New Roman" w:hAnsi="Times New Roman" w:cs="Times New Roman"/>
          <w:sz w:val="24"/>
          <w:szCs w:val="24"/>
        </w:rPr>
      </w:pPr>
    </w:p>
    <w:p w14:paraId="42C9FA28" w14:textId="77777777" w:rsidR="0035574D" w:rsidRPr="00985FC6" w:rsidRDefault="0035574D" w:rsidP="00985FC6">
      <w:pPr>
        <w:spacing w:before="100" w:beforeAutospacing="1" w:after="100" w:afterAutospacing="1" w:line="240" w:lineRule="auto"/>
        <w:jc w:val="both"/>
        <w:rPr>
          <w:rFonts w:ascii="Times New Roman" w:eastAsia="Times New Roman" w:hAnsi="Times New Roman" w:cs="Times New Roman"/>
          <w:sz w:val="24"/>
          <w:szCs w:val="24"/>
        </w:rPr>
      </w:pPr>
    </w:p>
    <w:p w14:paraId="439AEA9F" w14:textId="77777777" w:rsidR="00985FC6" w:rsidRPr="00985FC6" w:rsidRDefault="00985FC6" w:rsidP="00985FC6">
      <w:pPr>
        <w:spacing w:before="100" w:beforeAutospacing="1" w:after="100" w:afterAutospacing="1" w:line="240" w:lineRule="auto"/>
        <w:outlineLvl w:val="2"/>
        <w:rPr>
          <w:rFonts w:ascii="Times New Roman" w:eastAsia="Times New Roman" w:hAnsi="Times New Roman" w:cs="Times New Roman"/>
          <w:b/>
          <w:bCs/>
          <w:sz w:val="27"/>
          <w:szCs w:val="27"/>
        </w:rPr>
      </w:pPr>
      <w:r w:rsidRPr="00985FC6">
        <w:rPr>
          <w:rFonts w:ascii="Times New Roman" w:eastAsia="Times New Roman" w:hAnsi="Times New Roman" w:cs="Times New Roman"/>
          <w:b/>
          <w:bCs/>
          <w:sz w:val="27"/>
          <w:szCs w:val="27"/>
        </w:rPr>
        <w:lastRenderedPageBreak/>
        <w:t>HOW TO APPLY</w:t>
      </w:r>
    </w:p>
    <w:p w14:paraId="59F1B548" w14:textId="0900A92A" w:rsidR="00985FC6" w:rsidRDefault="00985FC6" w:rsidP="00680628">
      <w:pPr>
        <w:spacing w:before="100" w:beforeAutospacing="1" w:after="100" w:afterAutospacing="1" w:line="240" w:lineRule="auto"/>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 xml:space="preserve">Interested applicants should submit a </w:t>
      </w:r>
      <w:r w:rsidR="00680628">
        <w:rPr>
          <w:rFonts w:ascii="Times New Roman" w:eastAsia="Times New Roman" w:hAnsi="Times New Roman" w:cs="Times New Roman"/>
          <w:sz w:val="24"/>
          <w:szCs w:val="24"/>
        </w:rPr>
        <w:t xml:space="preserve">completed Town of Coats employment application, </w:t>
      </w:r>
      <w:r w:rsidRPr="00985FC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Pr="00985FC6">
        <w:rPr>
          <w:rFonts w:ascii="Times New Roman" w:eastAsia="Times New Roman" w:hAnsi="Times New Roman" w:cs="Times New Roman"/>
          <w:b/>
          <w:bCs/>
          <w:sz w:val="24"/>
          <w:szCs w:val="24"/>
        </w:rPr>
        <w:t>Jade Stone</w:t>
      </w:r>
      <w:r w:rsidR="0035574D">
        <w:rPr>
          <w:rFonts w:ascii="Times New Roman" w:eastAsia="Times New Roman" w:hAnsi="Times New Roman" w:cs="Times New Roman"/>
          <w:b/>
          <w:bCs/>
          <w:sz w:val="24"/>
          <w:szCs w:val="24"/>
        </w:rPr>
        <w:t>,</w:t>
      </w:r>
      <w:r w:rsidR="00680628">
        <w:rPr>
          <w:rFonts w:ascii="Times New Roman" w:eastAsia="Times New Roman" w:hAnsi="Times New Roman" w:cs="Times New Roman"/>
          <w:b/>
          <w:bCs/>
          <w:sz w:val="24"/>
          <w:szCs w:val="24"/>
        </w:rPr>
        <w:t xml:space="preserve"> </w:t>
      </w:r>
      <w:r w:rsidRPr="00985FC6">
        <w:rPr>
          <w:rFonts w:ascii="Times New Roman" w:eastAsia="Times New Roman" w:hAnsi="Times New Roman" w:cs="Times New Roman"/>
          <w:sz w:val="24"/>
          <w:szCs w:val="24"/>
        </w:rPr>
        <w:t>Human Resources Administrator</w:t>
      </w:r>
      <w:r w:rsidR="0035574D">
        <w:rPr>
          <w:rFonts w:ascii="Times New Roman" w:eastAsia="Times New Roman" w:hAnsi="Times New Roman" w:cs="Times New Roman"/>
          <w:sz w:val="24"/>
          <w:szCs w:val="24"/>
        </w:rPr>
        <w:t xml:space="preserve"> at: </w:t>
      </w:r>
    </w:p>
    <w:tbl>
      <w:tblPr>
        <w:tblStyle w:val="TableGrid"/>
        <w:tblW w:w="0" w:type="auto"/>
        <w:jc w:val="center"/>
        <w:tblLook w:val="04A0" w:firstRow="1" w:lastRow="0" w:firstColumn="1" w:lastColumn="0" w:noHBand="0" w:noVBand="1"/>
      </w:tblPr>
      <w:tblGrid>
        <w:gridCol w:w="1993"/>
        <w:gridCol w:w="2697"/>
        <w:gridCol w:w="1994"/>
      </w:tblGrid>
      <w:tr w:rsidR="00985FC6" w14:paraId="58E8D4B7" w14:textId="77777777" w:rsidTr="00985FC6">
        <w:trPr>
          <w:trHeight w:val="821"/>
          <w:jc w:val="center"/>
        </w:trPr>
        <w:tc>
          <w:tcPr>
            <w:tcW w:w="1993" w:type="dxa"/>
          </w:tcPr>
          <w:p w14:paraId="19EB4800" w14:textId="77777777" w:rsidR="00985FC6" w:rsidRPr="00985FC6" w:rsidRDefault="00985FC6" w:rsidP="00985FC6">
            <w:pPr>
              <w:spacing w:before="100" w:beforeAutospacing="1" w:after="100" w:afterAutospacing="1"/>
              <w:rPr>
                <w:rFonts w:ascii="Times New Roman" w:eastAsia="Times New Roman" w:hAnsi="Times New Roman" w:cs="Times New Roman"/>
                <w:b/>
                <w:bCs/>
                <w:sz w:val="24"/>
                <w:szCs w:val="24"/>
              </w:rPr>
            </w:pPr>
            <w:r w:rsidRPr="00985FC6">
              <w:rPr>
                <w:rFonts w:ascii="Times New Roman" w:eastAsia="Times New Roman" w:hAnsi="Times New Roman" w:cs="Times New Roman"/>
                <w:b/>
                <w:bCs/>
                <w:sz w:val="24"/>
                <w:szCs w:val="24"/>
              </w:rPr>
              <w:t>Via Mail:</w:t>
            </w:r>
          </w:p>
          <w:p w14:paraId="6C7766E6" w14:textId="77F1FFB2" w:rsidR="00985FC6" w:rsidRPr="00985FC6" w:rsidRDefault="00985FC6" w:rsidP="00985FC6">
            <w:pPr>
              <w:pStyle w:val="NoSpacing"/>
              <w:rPr>
                <w:sz w:val="24"/>
                <w:szCs w:val="24"/>
              </w:rPr>
            </w:pPr>
            <w:r w:rsidRPr="0035574D">
              <w:rPr>
                <w:b/>
                <w:bCs/>
                <w:sz w:val="24"/>
                <w:szCs w:val="24"/>
              </w:rPr>
              <w:t>Attn:</w:t>
            </w:r>
            <w:r w:rsidRPr="00985FC6">
              <w:rPr>
                <w:sz w:val="24"/>
                <w:szCs w:val="24"/>
              </w:rPr>
              <w:t xml:space="preserve"> Human Resources Dept.</w:t>
            </w:r>
          </w:p>
          <w:p w14:paraId="353711E4" w14:textId="1A954B53" w:rsidR="00985FC6" w:rsidRPr="00985FC6" w:rsidRDefault="00985FC6" w:rsidP="00985FC6">
            <w:pPr>
              <w:pStyle w:val="NoSpacing"/>
              <w:rPr>
                <w:sz w:val="24"/>
                <w:szCs w:val="24"/>
              </w:rPr>
            </w:pPr>
            <w:r w:rsidRPr="00985FC6">
              <w:rPr>
                <w:sz w:val="24"/>
                <w:szCs w:val="24"/>
              </w:rPr>
              <w:t>Town of Coats</w:t>
            </w:r>
          </w:p>
          <w:p w14:paraId="540F2A80" w14:textId="32104515" w:rsidR="00985FC6" w:rsidRPr="00985FC6" w:rsidRDefault="00985FC6" w:rsidP="00985FC6">
            <w:pPr>
              <w:pStyle w:val="NoSpacing"/>
              <w:rPr>
                <w:b/>
                <w:bCs/>
              </w:rPr>
            </w:pPr>
            <w:r w:rsidRPr="00985FC6">
              <w:rPr>
                <w:sz w:val="24"/>
                <w:szCs w:val="24"/>
              </w:rPr>
              <w:t>P.O. Box 675, Coats, NC 27521</w:t>
            </w:r>
          </w:p>
        </w:tc>
        <w:tc>
          <w:tcPr>
            <w:tcW w:w="2372" w:type="dxa"/>
          </w:tcPr>
          <w:p w14:paraId="0070475C" w14:textId="77777777" w:rsidR="00985FC6" w:rsidRPr="00985FC6" w:rsidRDefault="00985FC6" w:rsidP="00985FC6">
            <w:pPr>
              <w:spacing w:before="100" w:beforeAutospacing="1" w:after="100" w:afterAutospacing="1"/>
              <w:rPr>
                <w:rFonts w:ascii="Times New Roman" w:eastAsia="Times New Roman" w:hAnsi="Times New Roman" w:cs="Times New Roman"/>
                <w:b/>
                <w:bCs/>
                <w:sz w:val="24"/>
                <w:szCs w:val="24"/>
              </w:rPr>
            </w:pPr>
            <w:r w:rsidRPr="00985FC6">
              <w:rPr>
                <w:rFonts w:ascii="Times New Roman" w:eastAsia="Times New Roman" w:hAnsi="Times New Roman" w:cs="Times New Roman"/>
                <w:b/>
                <w:bCs/>
                <w:sz w:val="24"/>
                <w:szCs w:val="24"/>
              </w:rPr>
              <w:t xml:space="preserve">Via Email: </w:t>
            </w:r>
          </w:p>
          <w:p w14:paraId="50CBABF3" w14:textId="12633FEB" w:rsidR="00985FC6" w:rsidRDefault="00985FC6" w:rsidP="00985FC6">
            <w:pPr>
              <w:spacing w:before="100" w:beforeAutospacing="1" w:after="100" w:afterAutospacing="1"/>
              <w:rPr>
                <w:rFonts w:ascii="Times New Roman" w:eastAsia="Times New Roman" w:hAnsi="Times New Roman" w:cs="Times New Roman"/>
                <w:sz w:val="24"/>
                <w:szCs w:val="24"/>
              </w:rPr>
            </w:pPr>
            <w:hyperlink r:id="rId9" w:history="1">
              <w:r w:rsidRPr="00903002">
                <w:rPr>
                  <w:rStyle w:val="Hyperlink"/>
                  <w:rFonts w:ascii="Times New Roman" w:eastAsia="Times New Roman" w:hAnsi="Times New Roman" w:cs="Times New Roman"/>
                  <w:sz w:val="24"/>
                  <w:szCs w:val="24"/>
                </w:rPr>
                <w:t>hrtownclerk@coatsnc.org</w:t>
              </w:r>
            </w:hyperlink>
          </w:p>
          <w:p w14:paraId="64DE4E15" w14:textId="600B59CE" w:rsidR="00985FC6" w:rsidRDefault="00985FC6" w:rsidP="0035574D">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include </w:t>
            </w:r>
            <w:r w:rsidRPr="0035574D">
              <w:rPr>
                <w:rFonts w:ascii="Times New Roman" w:eastAsia="Times New Roman" w:hAnsi="Times New Roman" w:cs="Times New Roman"/>
                <w:b/>
                <w:bCs/>
                <w:i/>
                <w:iCs/>
                <w:sz w:val="24"/>
                <w:szCs w:val="24"/>
              </w:rPr>
              <w:t>“Parks and Recreation Operations &amp; Grounds Specialist”</w:t>
            </w:r>
            <w:r>
              <w:rPr>
                <w:rFonts w:ascii="Times New Roman" w:eastAsia="Times New Roman" w:hAnsi="Times New Roman" w:cs="Times New Roman"/>
                <w:sz w:val="24"/>
                <w:szCs w:val="24"/>
              </w:rPr>
              <w:t xml:space="preserve"> in the subject line of your email.</w:t>
            </w:r>
          </w:p>
        </w:tc>
        <w:tc>
          <w:tcPr>
            <w:tcW w:w="1994" w:type="dxa"/>
          </w:tcPr>
          <w:p w14:paraId="44E0C359" w14:textId="77777777" w:rsidR="00985FC6" w:rsidRPr="00985FC6" w:rsidRDefault="00985FC6" w:rsidP="00985FC6">
            <w:pPr>
              <w:spacing w:before="100" w:beforeAutospacing="1" w:after="100" w:afterAutospacing="1"/>
              <w:rPr>
                <w:rFonts w:ascii="Times New Roman" w:eastAsia="Times New Roman" w:hAnsi="Times New Roman" w:cs="Times New Roman"/>
                <w:b/>
                <w:bCs/>
                <w:sz w:val="24"/>
                <w:szCs w:val="24"/>
              </w:rPr>
            </w:pPr>
            <w:r w:rsidRPr="00985FC6">
              <w:rPr>
                <w:rFonts w:ascii="Times New Roman" w:eastAsia="Times New Roman" w:hAnsi="Times New Roman" w:cs="Times New Roman"/>
                <w:b/>
                <w:bCs/>
                <w:sz w:val="24"/>
                <w:szCs w:val="24"/>
              </w:rPr>
              <w:t>In Person:</w:t>
            </w:r>
          </w:p>
          <w:p w14:paraId="7164AF59" w14:textId="3AD29F35" w:rsidR="00985FC6" w:rsidRPr="00985FC6" w:rsidRDefault="00985FC6" w:rsidP="00985FC6">
            <w:pPr>
              <w:pStyle w:val="NoSpacing"/>
              <w:rPr>
                <w:sz w:val="24"/>
                <w:szCs w:val="24"/>
              </w:rPr>
            </w:pPr>
            <w:r w:rsidRPr="00985FC6">
              <w:rPr>
                <w:sz w:val="24"/>
                <w:szCs w:val="24"/>
              </w:rPr>
              <w:t>25 East Main St</w:t>
            </w:r>
            <w:r w:rsidR="0035574D">
              <w:rPr>
                <w:sz w:val="24"/>
                <w:szCs w:val="24"/>
              </w:rPr>
              <w:t>.</w:t>
            </w:r>
          </w:p>
          <w:p w14:paraId="3F6676D0" w14:textId="186B9C40" w:rsidR="00985FC6" w:rsidRDefault="00985FC6" w:rsidP="00985FC6">
            <w:pPr>
              <w:pStyle w:val="NoSpacing"/>
            </w:pPr>
            <w:r w:rsidRPr="00985FC6">
              <w:rPr>
                <w:sz w:val="24"/>
                <w:szCs w:val="24"/>
              </w:rPr>
              <w:t>Coats, NC 27521</w:t>
            </w:r>
          </w:p>
        </w:tc>
      </w:tr>
    </w:tbl>
    <w:p w14:paraId="42B19C6E" w14:textId="77777777" w:rsidR="00985FC6" w:rsidRPr="00985FC6" w:rsidRDefault="00985FC6" w:rsidP="00985FC6">
      <w:pPr>
        <w:spacing w:before="100" w:beforeAutospacing="1" w:after="100" w:afterAutospacing="1" w:line="240" w:lineRule="auto"/>
        <w:jc w:val="center"/>
        <w:rPr>
          <w:rFonts w:ascii="Times New Roman" w:eastAsia="Times New Roman" w:hAnsi="Times New Roman" w:cs="Times New Roman"/>
          <w:sz w:val="24"/>
          <w:szCs w:val="24"/>
        </w:rPr>
      </w:pPr>
      <w:r w:rsidRPr="00985FC6">
        <w:rPr>
          <w:rFonts w:ascii="Times New Roman" w:eastAsia="Times New Roman" w:hAnsi="Times New Roman" w:cs="Times New Roman"/>
          <w:sz w:val="24"/>
          <w:szCs w:val="24"/>
        </w:rPr>
        <w:t>The Town of Coats is an Equal Opportunity Employer.</w:t>
      </w:r>
    </w:p>
    <w:p w14:paraId="32CAF284" w14:textId="77777777" w:rsidR="00985FC6" w:rsidRPr="00985FC6" w:rsidRDefault="00985FC6" w:rsidP="00985FC6">
      <w:pPr>
        <w:spacing w:before="100" w:beforeAutospacing="1" w:after="100" w:afterAutospacing="1" w:line="240" w:lineRule="auto"/>
        <w:jc w:val="both"/>
        <w:rPr>
          <w:rFonts w:ascii="Times New Roman" w:eastAsia="Times New Roman" w:hAnsi="Times New Roman" w:cs="Times New Roman"/>
          <w:sz w:val="24"/>
          <w:szCs w:val="24"/>
        </w:rPr>
      </w:pPr>
      <w:r w:rsidRPr="00985FC6">
        <w:rPr>
          <w:rFonts w:ascii="Times New Roman" w:eastAsia="Times New Roman" w:hAnsi="Times New Roman" w:cs="Times New Roman"/>
          <w:i/>
          <w:iCs/>
          <w:sz w:val="24"/>
          <w:szCs w:val="24"/>
        </w:rPr>
        <w:t>This job description is intended to describe the general nature and level of work performed in this position. It is not intended to be an exhaustive list of all duties, responsibilities, qualifications, or working conditions associated with the position. Duties may be assigned or modified as operational needs require.</w:t>
      </w:r>
    </w:p>
    <w:p w14:paraId="123C03A6" w14:textId="2EC68187" w:rsidR="00EC7A73" w:rsidRPr="00270D1C" w:rsidRDefault="00EC7A73" w:rsidP="00985FC6">
      <w:pPr>
        <w:jc w:val="center"/>
        <w:rPr>
          <w:sz w:val="20"/>
          <w:szCs w:val="20"/>
        </w:rPr>
      </w:pPr>
    </w:p>
    <w:sectPr w:rsidR="00EC7A73" w:rsidRPr="00270D1C" w:rsidSect="00034616">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5609" w14:textId="77777777" w:rsidR="00D64FEB" w:rsidRDefault="00D64FEB" w:rsidP="00E82B3D">
      <w:pPr>
        <w:spacing w:after="0" w:line="240" w:lineRule="auto"/>
      </w:pPr>
      <w:r>
        <w:separator/>
      </w:r>
    </w:p>
  </w:endnote>
  <w:endnote w:type="continuationSeparator" w:id="0">
    <w:p w14:paraId="521764D1" w14:textId="77777777" w:rsidR="00D64FEB" w:rsidRDefault="00D64FEB" w:rsidP="00E82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BC33" w14:textId="77777777" w:rsidR="00D64FEB" w:rsidRDefault="00D64FEB" w:rsidP="00E82B3D">
      <w:pPr>
        <w:spacing w:after="0" w:line="240" w:lineRule="auto"/>
      </w:pPr>
      <w:r>
        <w:separator/>
      </w:r>
    </w:p>
  </w:footnote>
  <w:footnote w:type="continuationSeparator" w:id="0">
    <w:p w14:paraId="79E3F9FC" w14:textId="77777777" w:rsidR="00D64FEB" w:rsidRDefault="00D64FEB" w:rsidP="00E82B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7F4A39"/>
    <w:multiLevelType w:val="multilevel"/>
    <w:tmpl w:val="7C56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14865"/>
    <w:multiLevelType w:val="multilevel"/>
    <w:tmpl w:val="29AA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13BEF"/>
    <w:multiLevelType w:val="multilevel"/>
    <w:tmpl w:val="0106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01540"/>
    <w:multiLevelType w:val="multilevel"/>
    <w:tmpl w:val="EA8E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215C48"/>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609F8"/>
    <w:multiLevelType w:val="multilevel"/>
    <w:tmpl w:val="474A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8C0F25"/>
    <w:multiLevelType w:val="multilevel"/>
    <w:tmpl w:val="6ED6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1044D8"/>
    <w:multiLevelType w:val="multilevel"/>
    <w:tmpl w:val="9724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179A3"/>
    <w:multiLevelType w:val="multilevel"/>
    <w:tmpl w:val="4556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AD5EA0"/>
    <w:multiLevelType w:val="multilevel"/>
    <w:tmpl w:val="D968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819468">
    <w:abstractNumId w:val="8"/>
  </w:num>
  <w:num w:numId="2" w16cid:durableId="279722576">
    <w:abstractNumId w:val="6"/>
  </w:num>
  <w:num w:numId="3" w16cid:durableId="1396120842">
    <w:abstractNumId w:val="5"/>
  </w:num>
  <w:num w:numId="4" w16cid:durableId="1709716621">
    <w:abstractNumId w:val="4"/>
  </w:num>
  <w:num w:numId="5" w16cid:durableId="1160197504">
    <w:abstractNumId w:val="7"/>
  </w:num>
  <w:num w:numId="6" w16cid:durableId="1656760455">
    <w:abstractNumId w:val="3"/>
  </w:num>
  <w:num w:numId="7" w16cid:durableId="731932203">
    <w:abstractNumId w:val="2"/>
  </w:num>
  <w:num w:numId="8" w16cid:durableId="1168519787">
    <w:abstractNumId w:val="1"/>
  </w:num>
  <w:num w:numId="9" w16cid:durableId="320743270">
    <w:abstractNumId w:val="0"/>
  </w:num>
  <w:num w:numId="10" w16cid:durableId="906960120">
    <w:abstractNumId w:val="14"/>
  </w:num>
  <w:num w:numId="11" w16cid:durableId="252054254">
    <w:abstractNumId w:val="13"/>
  </w:num>
  <w:num w:numId="12" w16cid:durableId="1994943168">
    <w:abstractNumId w:val="10"/>
  </w:num>
  <w:num w:numId="13" w16cid:durableId="598369605">
    <w:abstractNumId w:val="11"/>
  </w:num>
  <w:num w:numId="14" w16cid:durableId="1755859202">
    <w:abstractNumId w:val="17"/>
  </w:num>
  <w:num w:numId="15" w16cid:durableId="1658221426">
    <w:abstractNumId w:val="9"/>
  </w:num>
  <w:num w:numId="16" w16cid:durableId="585312203">
    <w:abstractNumId w:val="12"/>
  </w:num>
  <w:num w:numId="17" w16cid:durableId="936329044">
    <w:abstractNumId w:val="18"/>
  </w:num>
  <w:num w:numId="18" w16cid:durableId="789011373">
    <w:abstractNumId w:val="16"/>
  </w:num>
  <w:num w:numId="19" w16cid:durableId="1829322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37A"/>
    <w:rsid w:val="0006063C"/>
    <w:rsid w:val="000762D9"/>
    <w:rsid w:val="00096060"/>
    <w:rsid w:val="00115906"/>
    <w:rsid w:val="0015074B"/>
    <w:rsid w:val="0016180C"/>
    <w:rsid w:val="001723E1"/>
    <w:rsid w:val="001B57B6"/>
    <w:rsid w:val="001C4C9F"/>
    <w:rsid w:val="00232F04"/>
    <w:rsid w:val="00270D1C"/>
    <w:rsid w:val="0029639D"/>
    <w:rsid w:val="003104F7"/>
    <w:rsid w:val="00326F90"/>
    <w:rsid w:val="0035574D"/>
    <w:rsid w:val="004100E3"/>
    <w:rsid w:val="004478B0"/>
    <w:rsid w:val="004D5CC0"/>
    <w:rsid w:val="00560E5D"/>
    <w:rsid w:val="005D2D33"/>
    <w:rsid w:val="006706EC"/>
    <w:rsid w:val="00680628"/>
    <w:rsid w:val="006F1402"/>
    <w:rsid w:val="006F31E0"/>
    <w:rsid w:val="00704896"/>
    <w:rsid w:val="007753F8"/>
    <w:rsid w:val="00810C8F"/>
    <w:rsid w:val="00891801"/>
    <w:rsid w:val="008B176F"/>
    <w:rsid w:val="008F6966"/>
    <w:rsid w:val="00937C8B"/>
    <w:rsid w:val="00985FC6"/>
    <w:rsid w:val="009D2055"/>
    <w:rsid w:val="00A04C1E"/>
    <w:rsid w:val="00AA1D8D"/>
    <w:rsid w:val="00B47730"/>
    <w:rsid w:val="00B76BE0"/>
    <w:rsid w:val="00C601AB"/>
    <w:rsid w:val="00CB0664"/>
    <w:rsid w:val="00CF3FF7"/>
    <w:rsid w:val="00D64FEB"/>
    <w:rsid w:val="00D66522"/>
    <w:rsid w:val="00E27E68"/>
    <w:rsid w:val="00E4125D"/>
    <w:rsid w:val="00E82B3D"/>
    <w:rsid w:val="00EB6B95"/>
    <w:rsid w:val="00EC7A73"/>
    <w:rsid w:val="00F359B9"/>
    <w:rsid w:val="00F544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8B063B"/>
  <w14:defaultImageDpi w14:val="300"/>
  <w15:docId w15:val="{9F4706BA-E7F5-46F5-8A67-E7146D9C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8B176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B17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5FC6"/>
    <w:rPr>
      <w:color w:val="0000FF" w:themeColor="hyperlink"/>
      <w:u w:val="single"/>
    </w:rPr>
  </w:style>
  <w:style w:type="character" w:styleId="UnresolvedMention">
    <w:name w:val="Unresolved Mention"/>
    <w:basedOn w:val="DefaultParagraphFont"/>
    <w:uiPriority w:val="99"/>
    <w:semiHidden/>
    <w:unhideWhenUsed/>
    <w:rsid w:val="00985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rtownclerk@coats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HR-Town Clerk</cp:lastModifiedBy>
  <cp:revision>5</cp:revision>
  <cp:lastPrinted>2026-07-31T12:19:00Z</cp:lastPrinted>
  <dcterms:created xsi:type="dcterms:W3CDTF">2026-08-11T19:22:00Z</dcterms:created>
  <dcterms:modified xsi:type="dcterms:W3CDTF">2026-08-12T15:39:00Z</dcterms:modified>
  <cp:category/>
</cp:coreProperties>
</file>